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6D810" w14:textId="2E2D70CC" w:rsidR="00F604F2" w:rsidRDefault="00000000" w:rsidP="00637158">
      <w:pPr>
        <w:pStyle w:val="Title"/>
        <w:jc w:val="center"/>
      </w:pPr>
      <w:r>
        <w:t xml:space="preserve">Fundraising for </w:t>
      </w:r>
      <w:r w:rsidR="00637158">
        <w:t>New Home for Ashwood</w:t>
      </w:r>
    </w:p>
    <w:p w14:paraId="2E2C0FFB" w14:textId="67271ADA" w:rsidR="00F604F2" w:rsidRPr="00637158" w:rsidRDefault="00000000" w:rsidP="00DE5BE3">
      <w:pPr>
        <w:rPr>
          <w:sz w:val="24"/>
          <w:szCs w:val="24"/>
        </w:rPr>
      </w:pPr>
      <w:r w:rsidRPr="00637158">
        <w:rPr>
          <w:sz w:val="32"/>
          <w:szCs w:val="32"/>
        </w:rPr>
        <w:t>A Supporter's Guide to Events, Activities and Sponsored Challenges</w:t>
      </w:r>
      <w:r w:rsidR="00DE5BE3">
        <w:rPr>
          <w:sz w:val="32"/>
          <w:szCs w:val="32"/>
        </w:rPr>
        <w:br/>
      </w:r>
      <w:r w:rsidRPr="00637158">
        <w:rPr>
          <w:sz w:val="24"/>
          <w:szCs w:val="24"/>
        </w:rPr>
        <w:t xml:space="preserve">Whether you’re running a cake sale, climbing a mountain, or hosting a quiz night – thank you for helping raise vital funds for </w:t>
      </w:r>
      <w:r w:rsidR="00637158" w:rsidRPr="00637158">
        <w:rPr>
          <w:sz w:val="24"/>
          <w:szCs w:val="24"/>
        </w:rPr>
        <w:t>the New Home for Ashwood</w:t>
      </w:r>
      <w:r w:rsidRPr="00637158">
        <w:rPr>
          <w:sz w:val="24"/>
          <w:szCs w:val="24"/>
        </w:rPr>
        <w:t>! To help you fundraise confidently, legally and effectively, this guide gives practical advice based on the UK Fundraising Regulator’s Code of Fundraising Practice.</w:t>
      </w:r>
    </w:p>
    <w:p w14:paraId="6B6DCB26" w14:textId="77777777" w:rsidR="00F604F2" w:rsidRDefault="00000000">
      <w:pPr>
        <w:pStyle w:val="Heading1"/>
      </w:pPr>
      <w:r>
        <w:t>1. Getting Started</w:t>
      </w:r>
    </w:p>
    <w:p w14:paraId="55A44E2C" w14:textId="0EE46884" w:rsidR="00637158" w:rsidRDefault="00000000" w:rsidP="00637158">
      <w:pPr>
        <w:pStyle w:val="ListParagraph"/>
        <w:numPr>
          <w:ilvl w:val="0"/>
          <w:numId w:val="12"/>
        </w:numPr>
      </w:pPr>
      <w:r w:rsidRPr="00637158">
        <w:rPr>
          <w:b/>
          <w:bCs/>
        </w:rPr>
        <w:t xml:space="preserve">Check with </w:t>
      </w:r>
      <w:r w:rsidR="00637158" w:rsidRPr="00637158">
        <w:rPr>
          <w:b/>
          <w:bCs/>
        </w:rPr>
        <w:t>the New Home for Ashwood Team first</w:t>
      </w:r>
      <w:r w:rsidRPr="00637158">
        <w:rPr>
          <w:b/>
          <w:bCs/>
        </w:rPr>
        <w:t>:</w:t>
      </w:r>
      <w:r>
        <w:t xml:space="preserve"> Let us know what you’re planning – we may be able to support you with posters, donation forms, logos or publicity!</w:t>
      </w:r>
    </w:p>
    <w:p w14:paraId="78AB0B50" w14:textId="77777777" w:rsidR="00637158" w:rsidRDefault="00000000" w:rsidP="00637158">
      <w:pPr>
        <w:pStyle w:val="ListParagraph"/>
        <w:numPr>
          <w:ilvl w:val="0"/>
          <w:numId w:val="12"/>
        </w:numPr>
      </w:pPr>
      <w:r>
        <w:t>Set a goal: How much are you hoping to raise? Every pound makes a difference.</w:t>
      </w:r>
    </w:p>
    <w:p w14:paraId="38EC2810" w14:textId="77777777" w:rsidR="00637158" w:rsidRDefault="00000000" w:rsidP="00637158">
      <w:pPr>
        <w:pStyle w:val="ListParagraph"/>
        <w:numPr>
          <w:ilvl w:val="0"/>
          <w:numId w:val="12"/>
        </w:numPr>
      </w:pPr>
      <w:r>
        <w:t>Keep it simple: Fundraising doesn’t need to be complicated – bake sales, sponsored walks, online giving pages, or ticketed events all help.</w:t>
      </w:r>
    </w:p>
    <w:p w14:paraId="6E176F22" w14:textId="031788EA" w:rsidR="00F604F2" w:rsidRDefault="00000000" w:rsidP="00637158">
      <w:pPr>
        <w:pStyle w:val="ListParagraph"/>
        <w:numPr>
          <w:ilvl w:val="0"/>
          <w:numId w:val="12"/>
        </w:numPr>
      </w:pPr>
      <w:r>
        <w:t>Team up: Fundraising is more fun with friends or small groups.</w:t>
      </w:r>
    </w:p>
    <w:p w14:paraId="3515646E" w14:textId="58C79FFE" w:rsidR="00637158" w:rsidRPr="00186D42" w:rsidRDefault="00637158" w:rsidP="00637158">
      <w:pPr>
        <w:pStyle w:val="ListParagraph"/>
        <w:numPr>
          <w:ilvl w:val="0"/>
          <w:numId w:val="12"/>
        </w:numPr>
        <w:rPr>
          <w:b/>
          <w:bCs/>
        </w:rPr>
      </w:pPr>
      <w:r w:rsidRPr="00186D42">
        <w:rPr>
          <w:b/>
          <w:bCs/>
        </w:rPr>
        <w:t>Fundraising Beyond Ashwood: We will try where possible to fundraising beyond Ashwood, as Ashwood are already giving large amounts, monthly amounts and volunteer time.</w:t>
      </w:r>
    </w:p>
    <w:p w14:paraId="140F4EC9" w14:textId="77777777" w:rsidR="00F604F2" w:rsidRDefault="00000000">
      <w:pPr>
        <w:pStyle w:val="Heading1"/>
      </w:pPr>
      <w:r>
        <w:t>2. Legal &amp; Safe Fundraising</w:t>
      </w:r>
    </w:p>
    <w:p w14:paraId="2A4E29FF" w14:textId="77777777" w:rsidR="00F604F2" w:rsidRDefault="00000000">
      <w:r>
        <w:t>Fundraising must always be legal, respectful, honest and open. That means:</w:t>
      </w:r>
    </w:p>
    <w:p w14:paraId="13ADDF3A" w14:textId="77777777" w:rsidR="00F604F2" w:rsidRPr="00637158" w:rsidRDefault="00000000" w:rsidP="00637158">
      <w:pPr>
        <w:pStyle w:val="ListBullet"/>
        <w:numPr>
          <w:ilvl w:val="0"/>
          <w:numId w:val="0"/>
        </w:numPr>
        <w:ind w:left="360" w:hanging="360"/>
        <w:rPr>
          <w:b/>
          <w:bCs/>
        </w:rPr>
      </w:pPr>
      <w:r w:rsidRPr="00637158">
        <w:rPr>
          <w:b/>
          <w:bCs/>
        </w:rPr>
        <w:t>You MUST:</w:t>
      </w:r>
    </w:p>
    <w:p w14:paraId="10596168" w14:textId="3A6DD947" w:rsidR="00F604F2" w:rsidRDefault="00000000">
      <w:pPr>
        <w:pStyle w:val="ListBullet"/>
      </w:pPr>
      <w:r>
        <w:t>Make it clear who you are fundraising for</w:t>
      </w:r>
    </w:p>
    <w:p w14:paraId="4FFA8223" w14:textId="4C0C8C6D" w:rsidR="00F604F2" w:rsidRDefault="00000000">
      <w:pPr>
        <w:pStyle w:val="ListBullet"/>
      </w:pPr>
      <w:r>
        <w:t>Be clear about how money will be used</w:t>
      </w:r>
    </w:p>
    <w:p w14:paraId="585F4AC3" w14:textId="35B6E712" w:rsidR="00F604F2" w:rsidRDefault="00000000">
      <w:pPr>
        <w:pStyle w:val="ListBullet"/>
      </w:pPr>
      <w:r>
        <w:t>Keep accurate records of money raised and donations received</w:t>
      </w:r>
    </w:p>
    <w:p w14:paraId="5AC3F0B5" w14:textId="269D5182" w:rsidR="00F604F2" w:rsidRDefault="00000000">
      <w:pPr>
        <w:pStyle w:val="ListBullet"/>
      </w:pPr>
      <w:r>
        <w:t xml:space="preserve">Transfer all funds collected to the </w:t>
      </w:r>
      <w:r w:rsidR="00637158">
        <w:t xml:space="preserve">Ashwood Church </w:t>
      </w:r>
      <w:r>
        <w:t>promptly</w:t>
      </w:r>
    </w:p>
    <w:p w14:paraId="29F62FBD" w14:textId="77777777" w:rsidR="00F604F2" w:rsidRPr="00637158" w:rsidRDefault="00000000" w:rsidP="00637158">
      <w:pPr>
        <w:pStyle w:val="ListBullet"/>
        <w:numPr>
          <w:ilvl w:val="0"/>
          <w:numId w:val="0"/>
        </w:numPr>
        <w:rPr>
          <w:b/>
          <w:bCs/>
        </w:rPr>
      </w:pPr>
      <w:r w:rsidRPr="00637158">
        <w:rPr>
          <w:b/>
          <w:bCs/>
        </w:rPr>
        <w:t>You MUST NOT:</w:t>
      </w:r>
    </w:p>
    <w:p w14:paraId="64923349" w14:textId="74F9179B" w:rsidR="00F604F2" w:rsidRDefault="00000000">
      <w:pPr>
        <w:pStyle w:val="ListBullet"/>
      </w:pPr>
      <w:r>
        <w:t>Pressure anyone to give</w:t>
      </w:r>
    </w:p>
    <w:p w14:paraId="57C65840" w14:textId="3E7F13D2" w:rsidR="00F604F2" w:rsidRDefault="00000000">
      <w:pPr>
        <w:pStyle w:val="ListBullet"/>
      </w:pPr>
      <w:r>
        <w:t>Offer prizes or run raffles/lotteries without permission</w:t>
      </w:r>
    </w:p>
    <w:p w14:paraId="6F347C31" w14:textId="1CA629DD" w:rsidR="00F604F2" w:rsidRDefault="00000000">
      <w:pPr>
        <w:pStyle w:val="ListBullet"/>
      </w:pPr>
      <w:r>
        <w:t>Claim that “all costs are covered” if you’re taking expenses out</w:t>
      </w:r>
    </w:p>
    <w:p w14:paraId="3F48FE5F" w14:textId="77777777" w:rsidR="005E10FA" w:rsidRDefault="00000000" w:rsidP="005E10FA">
      <w:pPr>
        <w:pStyle w:val="ListBullet"/>
      </w:pPr>
      <w:r>
        <w:t>Collect money in the street or door-to-door without a permit</w:t>
      </w:r>
      <w:r w:rsidR="00DE5BE3">
        <w:br/>
      </w:r>
    </w:p>
    <w:p w14:paraId="0ADD8521" w14:textId="0D142392" w:rsidR="00F604F2" w:rsidRDefault="005E10FA" w:rsidP="005E10FA">
      <w:pPr>
        <w:pStyle w:val="ListBullet"/>
        <w:numPr>
          <w:ilvl w:val="0"/>
          <w:numId w:val="0"/>
        </w:numPr>
      </w:pPr>
      <w:r w:rsidRPr="005E10FA">
        <w:t xml:space="preserve">If </w:t>
      </w:r>
      <w:r>
        <w:t>anyone raises</w:t>
      </w:r>
      <w:r w:rsidRPr="005E10FA">
        <w:t xml:space="preserve"> concerns about how our fundraising has been carried out, please see our </w:t>
      </w:r>
      <w:r w:rsidRPr="005E10FA">
        <w:rPr>
          <w:b/>
          <w:bCs/>
        </w:rPr>
        <w:t>Complaints Policy</w:t>
      </w:r>
      <w:r w:rsidRPr="005E10FA">
        <w:t xml:space="preserve"> for details on how to raise an issue and how we will respond.</w:t>
      </w:r>
      <w:r w:rsidRPr="005E10FA">
        <w:br/>
      </w:r>
      <w:r w:rsidRPr="005E10FA">
        <w:br/>
      </w:r>
      <w:r w:rsidR="00000000" w:rsidRPr="005E10FA">
        <w:rPr>
          <w:rStyle w:val="Heading1Char"/>
        </w:rPr>
        <w:t>3. Health, Safety &amp; Insurance</w:t>
      </w:r>
    </w:p>
    <w:p w14:paraId="47A3277E" w14:textId="77777777" w:rsidR="00637158" w:rsidRDefault="00000000" w:rsidP="00637158">
      <w:pPr>
        <w:pStyle w:val="ListParagraph"/>
        <w:numPr>
          <w:ilvl w:val="0"/>
          <w:numId w:val="13"/>
        </w:numPr>
      </w:pPr>
      <w:r>
        <w:t>Carry out a basic risk assessment</w:t>
      </w:r>
    </w:p>
    <w:p w14:paraId="221E8AA8" w14:textId="77777777" w:rsidR="00637158" w:rsidRDefault="00000000" w:rsidP="00637158">
      <w:pPr>
        <w:pStyle w:val="ListParagraph"/>
        <w:numPr>
          <w:ilvl w:val="0"/>
          <w:numId w:val="13"/>
        </w:numPr>
      </w:pPr>
      <w:r>
        <w:t>Supervise children properly</w:t>
      </w:r>
    </w:p>
    <w:p w14:paraId="3CA4D746" w14:textId="77777777" w:rsidR="00637158" w:rsidRDefault="00000000" w:rsidP="00637158">
      <w:pPr>
        <w:pStyle w:val="ListParagraph"/>
        <w:numPr>
          <w:ilvl w:val="0"/>
          <w:numId w:val="13"/>
        </w:numPr>
      </w:pPr>
      <w:r>
        <w:t>Use common sense regarding hygiene and safety</w:t>
      </w:r>
    </w:p>
    <w:p w14:paraId="6F49049F" w14:textId="18C461BA" w:rsidR="00F604F2" w:rsidRPr="00637158" w:rsidRDefault="00000000" w:rsidP="00637158">
      <w:pPr>
        <w:pStyle w:val="ListParagraph"/>
        <w:numPr>
          <w:ilvl w:val="0"/>
          <w:numId w:val="13"/>
        </w:numPr>
        <w:rPr>
          <w:b/>
          <w:bCs/>
        </w:rPr>
      </w:pPr>
      <w:r w:rsidRPr="00637158">
        <w:rPr>
          <w:b/>
          <w:bCs/>
        </w:rPr>
        <w:t>Ask if the church insurance can cover your event – contact us first</w:t>
      </w:r>
      <w:r w:rsidR="00637158">
        <w:rPr>
          <w:b/>
          <w:bCs/>
        </w:rPr>
        <w:br/>
      </w:r>
    </w:p>
    <w:p w14:paraId="5F434C75" w14:textId="77777777" w:rsidR="00F604F2" w:rsidRDefault="00000000">
      <w:pPr>
        <w:pStyle w:val="Heading1"/>
      </w:pPr>
      <w:r>
        <w:lastRenderedPageBreak/>
        <w:t>4. Online Giving &amp; Gift Aid</w:t>
      </w:r>
    </w:p>
    <w:p w14:paraId="33D918B8" w14:textId="5CBD31CA" w:rsidR="00F604F2" w:rsidRDefault="00000000">
      <w:r>
        <w:t>For sponsored events</w:t>
      </w:r>
      <w:r w:rsidR="00BA02A4">
        <w:br/>
      </w:r>
      <w:r>
        <w:t xml:space="preserve">- </w:t>
      </w:r>
      <w:r w:rsidR="00BA02A4">
        <w:t xml:space="preserve">Request a fundraising </w:t>
      </w:r>
      <w:r>
        <w:t>campaign page for your fundraiser</w:t>
      </w:r>
      <w:r w:rsidR="00BA02A4">
        <w:t xml:space="preserve"> by contacting Becky Holmes</w:t>
      </w:r>
      <w:r>
        <w:br/>
      </w:r>
      <w:r w:rsidR="00BA02A4">
        <w:t xml:space="preserve">For all other online giving go to </w:t>
      </w:r>
      <w:hyperlink r:id="rId6" w:history="1">
        <w:r w:rsidR="00BA02A4" w:rsidRPr="00C40C96">
          <w:rPr>
            <w:rStyle w:val="Hyperlink"/>
          </w:rPr>
          <w:t>www.ashwoodchurch.org.uk/nhfa</w:t>
        </w:r>
      </w:hyperlink>
      <w:r w:rsidR="00BA02A4">
        <w:t xml:space="preserve">  where you can find the various options</w:t>
      </w:r>
    </w:p>
    <w:p w14:paraId="2A961A1F" w14:textId="75BC0F83" w:rsidR="00F604F2" w:rsidRDefault="00000000">
      <w:pPr>
        <w:pStyle w:val="Heading1"/>
      </w:pPr>
      <w:r>
        <w:t>5. Handling Money</w:t>
      </w:r>
    </w:p>
    <w:p w14:paraId="376F6F90" w14:textId="08923CC6" w:rsidR="00637158" w:rsidRDefault="00000000" w:rsidP="00637158">
      <w:pPr>
        <w:pStyle w:val="ListParagraph"/>
        <w:numPr>
          <w:ilvl w:val="0"/>
          <w:numId w:val="14"/>
        </w:numPr>
      </w:pPr>
      <w:r>
        <w:t>Use sealed containers for cash collections</w:t>
      </w:r>
    </w:p>
    <w:p w14:paraId="03242CF1" w14:textId="64346FCD" w:rsidR="00637158" w:rsidRDefault="00000000" w:rsidP="00637158">
      <w:pPr>
        <w:pStyle w:val="ListParagraph"/>
        <w:numPr>
          <w:ilvl w:val="0"/>
          <w:numId w:val="14"/>
        </w:numPr>
      </w:pPr>
      <w:r>
        <w:t xml:space="preserve">Count money with at least two </w:t>
      </w:r>
      <w:r w:rsidR="009172EB">
        <w:t xml:space="preserve">unrelated </w:t>
      </w:r>
      <w:r>
        <w:t>people present</w:t>
      </w:r>
    </w:p>
    <w:p w14:paraId="2D70E799" w14:textId="03F0894E" w:rsidR="00637158" w:rsidRDefault="00000000" w:rsidP="00637158">
      <w:pPr>
        <w:pStyle w:val="ListParagraph"/>
        <w:numPr>
          <w:ilvl w:val="0"/>
          <w:numId w:val="14"/>
        </w:numPr>
      </w:pPr>
      <w:r>
        <w:t>Avoid holding cash at home – transfer it promptly</w:t>
      </w:r>
    </w:p>
    <w:p w14:paraId="5B74D17B" w14:textId="7EEC0061" w:rsidR="00F604F2" w:rsidRDefault="00000000" w:rsidP="00637158">
      <w:pPr>
        <w:pStyle w:val="ListParagraph"/>
        <w:numPr>
          <w:ilvl w:val="0"/>
          <w:numId w:val="14"/>
        </w:numPr>
      </w:pPr>
      <w:r>
        <w:t xml:space="preserve">Pay in funds to </w:t>
      </w:r>
      <w:r w:rsidR="00637158">
        <w:t>Ashwood Church</w:t>
      </w:r>
      <w:r>
        <w:t xml:space="preserve"> via bank transfer, online giving or </w:t>
      </w:r>
      <w:r w:rsidR="009172EB">
        <w:t xml:space="preserve">cash in </w:t>
      </w:r>
      <w:r>
        <w:t>sealed envelope</w:t>
      </w:r>
    </w:p>
    <w:p w14:paraId="2B953AB2" w14:textId="283DEA29" w:rsidR="00F604F2" w:rsidRDefault="00000000">
      <w:pPr>
        <w:pStyle w:val="Heading1"/>
      </w:pPr>
      <w:r>
        <w:t>6. Promote Your Fundraiser</w:t>
      </w:r>
    </w:p>
    <w:p w14:paraId="01868DC1" w14:textId="00922564" w:rsidR="00637158" w:rsidRDefault="00000000" w:rsidP="00637158">
      <w:pPr>
        <w:pStyle w:val="ListParagraph"/>
        <w:numPr>
          <w:ilvl w:val="0"/>
          <w:numId w:val="15"/>
        </w:numPr>
      </w:pPr>
      <w:r>
        <w:t xml:space="preserve">Contact us to use </w:t>
      </w:r>
      <w:r w:rsidR="00637158">
        <w:t xml:space="preserve">Ashwood Church </w:t>
      </w:r>
      <w:r>
        <w:t>logo and branding</w:t>
      </w:r>
    </w:p>
    <w:p w14:paraId="43A3C623" w14:textId="77A386F5" w:rsidR="00637158" w:rsidRDefault="00000000" w:rsidP="00637158">
      <w:pPr>
        <w:pStyle w:val="ListParagraph"/>
        <w:numPr>
          <w:ilvl w:val="0"/>
          <w:numId w:val="15"/>
        </w:numPr>
      </w:pPr>
      <w:r>
        <w:t>List your event on our website or social media</w:t>
      </w:r>
      <w:r w:rsidR="00DE5BE3">
        <w:t xml:space="preserve"> – contact Gisela our administrator</w:t>
      </w:r>
    </w:p>
    <w:p w14:paraId="48C6C3C5" w14:textId="77777777" w:rsidR="00637158" w:rsidRDefault="00000000" w:rsidP="00637158">
      <w:pPr>
        <w:pStyle w:val="ListParagraph"/>
        <w:numPr>
          <w:ilvl w:val="0"/>
          <w:numId w:val="15"/>
        </w:numPr>
      </w:pPr>
      <w:r>
        <w:t>Tell your story – why this matters to you</w:t>
      </w:r>
    </w:p>
    <w:p w14:paraId="16F97E6E" w14:textId="5FB89F5E" w:rsidR="00F604F2" w:rsidRDefault="00000000" w:rsidP="00637158">
      <w:pPr>
        <w:pStyle w:val="ListParagraph"/>
        <w:numPr>
          <w:ilvl w:val="0"/>
          <w:numId w:val="15"/>
        </w:numPr>
      </w:pPr>
      <w:r>
        <w:t>Post photos before/during/after the event</w:t>
      </w:r>
    </w:p>
    <w:p w14:paraId="7C740B8A" w14:textId="77777777" w:rsidR="00F604F2" w:rsidRDefault="00000000">
      <w:pPr>
        <w:pStyle w:val="Heading1"/>
      </w:pPr>
      <w:r>
        <w:t>7. After Your Event</w:t>
      </w:r>
    </w:p>
    <w:p w14:paraId="07F383ED" w14:textId="77777777" w:rsidR="00186D42" w:rsidRDefault="00000000" w:rsidP="00186D42">
      <w:pPr>
        <w:pStyle w:val="ListParagraph"/>
        <w:numPr>
          <w:ilvl w:val="0"/>
          <w:numId w:val="16"/>
        </w:numPr>
      </w:pPr>
      <w:r>
        <w:t>Let us know how much you raised</w:t>
      </w:r>
    </w:p>
    <w:p w14:paraId="22168FCA" w14:textId="5152E7EE" w:rsidR="00186D42" w:rsidRDefault="00000000" w:rsidP="00186D42">
      <w:pPr>
        <w:pStyle w:val="ListParagraph"/>
        <w:numPr>
          <w:ilvl w:val="0"/>
          <w:numId w:val="16"/>
        </w:numPr>
      </w:pPr>
      <w:r>
        <w:t>Send us photos and stories</w:t>
      </w:r>
      <w:r w:rsidR="009172EB">
        <w:t xml:space="preserve"> (please consult out photo policy) </w:t>
      </w:r>
    </w:p>
    <w:p w14:paraId="14981014" w14:textId="77777777" w:rsidR="00186D42" w:rsidRDefault="00000000" w:rsidP="00186D42">
      <w:pPr>
        <w:pStyle w:val="ListParagraph"/>
        <w:numPr>
          <w:ilvl w:val="0"/>
          <w:numId w:val="16"/>
        </w:numPr>
      </w:pPr>
      <w:r>
        <w:t>We’ll provide a thank you letter or certificate</w:t>
      </w:r>
    </w:p>
    <w:p w14:paraId="0AEB9536" w14:textId="7B415648" w:rsidR="00F604F2" w:rsidRDefault="00000000" w:rsidP="00186D42">
      <w:pPr>
        <w:pStyle w:val="ListParagraph"/>
        <w:numPr>
          <w:ilvl w:val="0"/>
          <w:numId w:val="16"/>
        </w:numPr>
      </w:pPr>
      <w:r>
        <w:t>Let us know if donors need receipts</w:t>
      </w:r>
    </w:p>
    <w:p w14:paraId="0AC7F7A3" w14:textId="7BAF8AFF" w:rsidR="00F604F2" w:rsidRDefault="00000000">
      <w:pPr>
        <w:pStyle w:val="Heading1"/>
      </w:pPr>
      <w:r>
        <w:t>8. Questions or Support?</w:t>
      </w:r>
    </w:p>
    <w:p w14:paraId="5A5E56E1" w14:textId="034A1EEF" w:rsidR="00F604F2" w:rsidRDefault="00F91B68" w:rsidP="00186D42">
      <w:r>
        <w:rPr>
          <w:noProof/>
        </w:rPr>
        <w:drawing>
          <wp:anchor distT="0" distB="0" distL="114300" distR="114300" simplePos="0" relativeHeight="251658240" behindDoc="1" locked="0" layoutInCell="1" allowOverlap="1" wp14:anchorId="60B8E568" wp14:editId="5B3E0CEB">
            <wp:simplePos x="0" y="0"/>
            <wp:positionH relativeFrom="column">
              <wp:posOffset>5478780</wp:posOffset>
            </wp:positionH>
            <wp:positionV relativeFrom="paragraph">
              <wp:posOffset>875030</wp:posOffset>
            </wp:positionV>
            <wp:extent cx="785065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0971" y="21408"/>
                <wp:lineTo x="20971" y="0"/>
                <wp:lineTo x="0" y="0"/>
              </wp:wrapPolygon>
            </wp:wrapTight>
            <wp:docPr id="824701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01386" name="Picture 8247013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506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want to make fundraising easy, joyful, and effective for everyone! Contact</w:t>
      </w:r>
      <w:r w:rsidR="00186D42">
        <w:t xml:space="preserve"> either Bob Goody or Claire Bell via email.  </w:t>
      </w:r>
      <w:hyperlink r:id="rId8" w:history="1">
        <w:r w:rsidR="00186D42" w:rsidRPr="00692905">
          <w:rPr>
            <w:rStyle w:val="Hyperlink"/>
          </w:rPr>
          <w:t>bob@ashwoodchurch.org.uk</w:t>
        </w:r>
      </w:hyperlink>
      <w:r w:rsidR="00186D42">
        <w:t xml:space="preserve"> or </w:t>
      </w:r>
      <w:hyperlink r:id="rId9" w:history="1">
        <w:r w:rsidR="00186D42" w:rsidRPr="00692905">
          <w:rPr>
            <w:rStyle w:val="Hyperlink"/>
          </w:rPr>
          <w:t>claire@ashwoodchurch.org.uk</w:t>
        </w:r>
      </w:hyperlink>
      <w:r w:rsidR="00186D42">
        <w:t xml:space="preserve"> </w:t>
      </w:r>
      <w:r>
        <w:br/>
      </w:r>
      <w:r w:rsidR="00186D42" w:rsidRPr="00186D42">
        <w:rPr>
          <w:rFonts w:asciiTheme="majorHAnsi" w:hAnsiTheme="majorHAnsi" w:cstheme="majorHAnsi"/>
          <w:color w:val="1F497D" w:themeColor="text2"/>
          <w:sz w:val="28"/>
          <w:szCs w:val="28"/>
        </w:rPr>
        <w:br/>
      </w:r>
      <w:r w:rsidRPr="00186D42">
        <w:rPr>
          <w:rFonts w:asciiTheme="majorHAnsi" w:hAnsiTheme="majorHAnsi" w:cstheme="majorHAnsi"/>
          <w:b/>
          <w:bCs/>
          <w:color w:val="1F497D" w:themeColor="text2"/>
          <w:sz w:val="28"/>
          <w:szCs w:val="28"/>
        </w:rPr>
        <w:t>Quick Checklist Before You Start</w:t>
      </w:r>
    </w:p>
    <w:p w14:paraId="7037D74B" w14:textId="61821174" w:rsidR="00F604F2" w:rsidRDefault="00000000">
      <w:r>
        <w:rPr>
          <w:rFonts w:ascii="Segoe UI Emoji" w:hAnsi="Segoe UI Emoji" w:cs="Segoe UI Emoji"/>
        </w:rPr>
        <w:t>✅</w:t>
      </w:r>
      <w:r>
        <w:t xml:space="preserve"> Have you told </w:t>
      </w:r>
      <w:r w:rsidR="00186D42">
        <w:t xml:space="preserve">Ashwood Church </w:t>
      </w:r>
      <w:r>
        <w:t>what you’re planning?</w:t>
      </w:r>
      <w:r>
        <w:br/>
        <w:t>✅ Is your fundraiser safe, legal, and respectful?</w:t>
      </w:r>
      <w:r>
        <w:br/>
        <w:t>✅ Do you know how to collect and send money to us?</w:t>
      </w:r>
      <w:r>
        <w:br/>
        <w:t>✅ Do you know how to promote it and use online giving?</w:t>
      </w:r>
      <w:r>
        <w:br/>
        <w:t>✅ Are you excited to be part of something BIG?</w:t>
      </w:r>
    </w:p>
    <w:p w14:paraId="294B451E" w14:textId="55E4806E" w:rsidR="00F604F2" w:rsidRDefault="00F91B68">
      <w:pPr>
        <w:pStyle w:val="Heading1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DE8D9EA" wp14:editId="32613EF7">
            <wp:simplePos x="0" y="0"/>
            <wp:positionH relativeFrom="column">
              <wp:posOffset>4903470</wp:posOffset>
            </wp:positionH>
            <wp:positionV relativeFrom="paragraph">
              <wp:posOffset>185420</wp:posOffset>
            </wp:positionV>
            <wp:extent cx="1607820" cy="494665"/>
            <wp:effectExtent l="0" t="0" r="0" b="635"/>
            <wp:wrapTight wrapText="bothSides">
              <wp:wrapPolygon edited="0">
                <wp:start x="1536" y="0"/>
                <wp:lineTo x="0" y="3327"/>
                <wp:lineTo x="0" y="17469"/>
                <wp:lineTo x="1536" y="20796"/>
                <wp:lineTo x="4863" y="20796"/>
                <wp:lineTo x="21242" y="19132"/>
                <wp:lineTo x="21242" y="1664"/>
                <wp:lineTo x="4863" y="0"/>
                <wp:lineTo x="1536" y="0"/>
              </wp:wrapPolygon>
            </wp:wrapTight>
            <wp:docPr id="17611451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Thank You!</w:t>
      </w:r>
    </w:p>
    <w:p w14:paraId="47A766E4" w14:textId="795A465E" w:rsidR="00F604F2" w:rsidRDefault="00000000">
      <w:r>
        <w:t>Your time, effort and generosity are helping build a lasting home for worship,</w:t>
      </w:r>
      <w:r w:rsidR="00793CCE">
        <w:br/>
      </w:r>
      <w:r>
        <w:t>community and mission. Together, we are making this vision a reality.</w:t>
      </w:r>
      <w:r w:rsidR="00186D42">
        <w:t xml:space="preserve">  </w:t>
      </w:r>
      <w:r>
        <w:t>“Unless</w:t>
      </w:r>
      <w:r w:rsidR="00793CCE">
        <w:br/>
      </w:r>
      <w:r>
        <w:t>the Lord builds the house, those who build it labour in vain.” – Psalm 127:1</w:t>
      </w:r>
    </w:p>
    <w:sectPr w:rsidR="00F604F2" w:rsidSect="00637158">
      <w:pgSz w:w="12240" w:h="15840"/>
      <w:pgMar w:top="993" w:right="900" w:bottom="993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D84A2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A48533C"/>
    <w:multiLevelType w:val="hybridMultilevel"/>
    <w:tmpl w:val="E4122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673B"/>
    <w:multiLevelType w:val="hybridMultilevel"/>
    <w:tmpl w:val="04603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B0FA2"/>
    <w:multiLevelType w:val="hybridMultilevel"/>
    <w:tmpl w:val="F28A5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727966"/>
    <w:multiLevelType w:val="hybridMultilevel"/>
    <w:tmpl w:val="39C83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D079E"/>
    <w:multiLevelType w:val="hybridMultilevel"/>
    <w:tmpl w:val="B2E0B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C04DB2"/>
    <w:multiLevelType w:val="hybridMultilevel"/>
    <w:tmpl w:val="E814C7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5D0FD1"/>
    <w:multiLevelType w:val="hybridMultilevel"/>
    <w:tmpl w:val="287ECFB2"/>
    <w:lvl w:ilvl="0" w:tplc="B050646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332391">
    <w:abstractNumId w:val="8"/>
  </w:num>
  <w:num w:numId="2" w16cid:durableId="390231216">
    <w:abstractNumId w:val="6"/>
  </w:num>
  <w:num w:numId="3" w16cid:durableId="993946236">
    <w:abstractNumId w:val="5"/>
  </w:num>
  <w:num w:numId="4" w16cid:durableId="1963992884">
    <w:abstractNumId w:val="4"/>
  </w:num>
  <w:num w:numId="5" w16cid:durableId="482429845">
    <w:abstractNumId w:val="7"/>
  </w:num>
  <w:num w:numId="6" w16cid:durableId="100759028">
    <w:abstractNumId w:val="3"/>
  </w:num>
  <w:num w:numId="7" w16cid:durableId="1751926674">
    <w:abstractNumId w:val="2"/>
  </w:num>
  <w:num w:numId="8" w16cid:durableId="1602956235">
    <w:abstractNumId w:val="1"/>
  </w:num>
  <w:num w:numId="9" w16cid:durableId="1087926203">
    <w:abstractNumId w:val="0"/>
  </w:num>
  <w:num w:numId="10" w16cid:durableId="438068325">
    <w:abstractNumId w:val="13"/>
  </w:num>
  <w:num w:numId="11" w16cid:durableId="1536575848">
    <w:abstractNumId w:val="15"/>
  </w:num>
  <w:num w:numId="12" w16cid:durableId="367341412">
    <w:abstractNumId w:val="14"/>
  </w:num>
  <w:num w:numId="13" w16cid:durableId="1906836263">
    <w:abstractNumId w:val="10"/>
  </w:num>
  <w:num w:numId="14" w16cid:durableId="582031879">
    <w:abstractNumId w:val="11"/>
  </w:num>
  <w:num w:numId="15" w16cid:durableId="1999309832">
    <w:abstractNumId w:val="12"/>
  </w:num>
  <w:num w:numId="16" w16cid:durableId="4127507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86D42"/>
    <w:rsid w:val="0029639D"/>
    <w:rsid w:val="00326F90"/>
    <w:rsid w:val="0053688E"/>
    <w:rsid w:val="005E10FA"/>
    <w:rsid w:val="00637158"/>
    <w:rsid w:val="00793CCE"/>
    <w:rsid w:val="00830198"/>
    <w:rsid w:val="009172EB"/>
    <w:rsid w:val="00AA1D8D"/>
    <w:rsid w:val="00B13ACA"/>
    <w:rsid w:val="00B47730"/>
    <w:rsid w:val="00BA02A4"/>
    <w:rsid w:val="00CB0664"/>
    <w:rsid w:val="00DE5BE3"/>
    <w:rsid w:val="00F5256B"/>
    <w:rsid w:val="00F604F2"/>
    <w:rsid w:val="00F91B68"/>
    <w:rsid w:val="00FC693F"/>
    <w:rsid w:val="00FC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CF94D9"/>
  <w14:defaultImageDpi w14:val="300"/>
  <w15:docId w15:val="{A360AB45-28EF-46AA-A0CA-D898F0D07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186D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6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b@ashwoodchurch.org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shwoodchurch.org.uk/nhf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laire@ashwoodchurch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2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claire bell</cp:lastModifiedBy>
  <cp:revision>11</cp:revision>
  <dcterms:created xsi:type="dcterms:W3CDTF">2025-11-01T08:54:00Z</dcterms:created>
  <dcterms:modified xsi:type="dcterms:W3CDTF">2025-11-05T09:43:00Z</dcterms:modified>
  <cp:category/>
</cp:coreProperties>
</file>